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Nana Organics — Shipping &amp; Delivery</w:t>
      </w:r>
    </w:p>
    <w:p>
      <w:r>
        <w:t>Updated: 17 October 2026</w:t>
      </w:r>
    </w:p>
    <w:p>
      <w:r>
        <w:t>https://nanaorganics.org/shipping</w:t>
      </w:r>
    </w:p>
    <w:p>
      <w:pPr>
        <w:pStyle w:val="Heading1"/>
      </w:pPr>
      <w:r>
        <w:t>Where we deliver</w:t>
      </w:r>
    </w:p>
    <w:p>
      <w:r>
        <w:t>We deliver to all major centres and outlying areas across South Africa via trusted courier partners.</w:t>
      </w:r>
    </w:p>
    <w:p>
      <w:pPr>
        <w:pStyle w:val="Heading1"/>
      </w:pPr>
      <w:r>
        <w:t>Delivery timelines</w:t>
      </w:r>
    </w:p>
    <w:p>
      <w:pPr>
        <w:pStyle w:val="ListBullet"/>
      </w:pPr>
      <w:r>
        <w:t>Order processing: 1–2 business days from payment confirmation.</w:t>
      </w:r>
    </w:p>
    <w:p>
      <w:pPr>
        <w:pStyle w:val="ListBullet"/>
      </w:pPr>
      <w:r>
        <w:t>Main centres (Johannesburg, Pretoria, Cape Town, Durban, Port Elizabeth, Bloemfontein): 2–4 business days after dispatch.</w:t>
      </w:r>
    </w:p>
    <w:p>
      <w:pPr>
        <w:pStyle w:val="ListBullet"/>
      </w:pPr>
      <w:r>
        <w:t>Regional &amp; outlying areas: 4–7 business days after dispatch.</w:t>
      </w:r>
    </w:p>
    <w:p>
      <w:pPr>
        <w:pStyle w:val="ListBullet"/>
      </w:pPr>
      <w:r>
        <w:t>Bulk / wholesale orders (pallet quantities): dispatched within 5 business days , delivery 3–7 business days thereafter.</w:t>
      </w:r>
    </w:p>
    <w:p>
      <w:r>
        <w:t>Standard nutrient-order delivery is estimated at 3–9 business days . This excludes bulk, custom and hardware orders, whose lead times and delivery charges are confirmed in the quotation.</w:t>
      </w:r>
    </w:p>
    <w:p>
      <w:pPr>
        <w:pStyle w:val="Heading1"/>
      </w:pPr>
      <w:r>
        <w:t>Shipping fees</w:t>
      </w:r>
    </w:p>
    <w:p>
      <w:pPr>
        <w:pStyle w:val="ListBullet"/>
      </w:pPr>
      <w:r>
        <w:t>Standard courier shipping is R75 for nutrient orders that do not qualify for free shipping. The total is shown before payment.</w:t>
      </w:r>
    </w:p>
    <w:p>
      <w:pPr>
        <w:pStyle w:val="ListBullet"/>
      </w:pPr>
      <w:r>
        <w:t>Free standard shipping for orders of R500 or more , or orders containing only Complete Bundles.</w:t>
      </w:r>
    </w:p>
    <w:p>
      <w:pPr>
        <w:pStyle w:val="Heading1"/>
      </w:pPr>
      <w:r>
        <w:t>Tracking</w:t>
      </w:r>
    </w:p>
    <w:p>
      <w:r>
        <w:t>You will receive an email with a tracking number once your order is dispatched. For any delivery query, contact hello@nanaorganics.org or call +27 82 702 6818.</w:t>
      </w:r>
    </w:p>
    <w:p>
      <w:pPr>
        <w:pStyle w:val="Heading1"/>
      </w:pPr>
      <w:r>
        <w:t>Delays</w:t>
      </w:r>
    </w:p>
    <w:p>
      <w:r>
        <w:t>Occasionally couriers experience delays due to weather, public holidays or load shedding. If your order has not arrived within the timelines above, please contact us — we will follow up with the courier and keep you updated.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